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塔罗人物牌：从四元素与牌阶理解人物性格</w:t>
      </w:r>
    </w:p>
    <w:p>
      <w:r>
        <w:t>很多刚开始学习塔罗的同学，在人物牌这里都会遇到一个问题：明明背了很多牌义，但是一到实际解读的时候，还是不知道这个人物到底代表什么样的人。</w:t>
      </w:r>
    </w:p>
    <w:p>
      <w:r>
        <w:t>其实人物牌最忌讳死记硬背。塔罗不是一本固定答案的字典，而是一套象征系统。想真正理解人物牌，需要回到底层逻辑：元素代表什么能量，牌阶代表什么发展阶段，然后再结合具体问题去推导。</w:t>
      </w:r>
    </w:p>
    <w:p>
      <w:r>
        <w:t>火元素对应权杖，代表行动、意志、创造力、自我表达和目标感。火是一种向外扩张的阳性能量，所以火元素人物通常比较直接、主动、有冲劲。</w:t>
      </w:r>
    </w:p>
    <w:p>
      <w:r>
        <w:t>以权杖侍从为例。侍从代表年轻、刚刚开始发展的能量，所以权杖侍从就是刚刚点燃的火。他有兴趣、有热情，看到新的机会会想马上尝试。但是他的目标更多集中在当下，还没有形成成熟的长期规划。</w:t>
      </w:r>
    </w:p>
    <w:p>
      <w:r>
        <w:t>当火元素发展到权杖国王时，火已经进入成熟阶段。他依然有野心和行动力，但是他知道自己的力量应该用在哪里。他不仅想做事情，也知道如何规划和带动别人。</w:t>
      </w:r>
    </w:p>
    <w:p>
      <w:r>
        <w:t>皇帝虽然也有火元素特质，但和权杖国王不同。权杖国王更偏向创造和推动，而皇帝更偏向建立规则、维护秩序。</w:t>
      </w:r>
    </w:p>
    <w:p>
      <w:r>
        <w:t>宝剑对应风元素，代表思考、信息、沟通和连接。宝剑侍从是年轻的风，他好奇、喜欢观察、喜欢学习，但是思维和表达还不够成熟，容易跳跃。</w:t>
      </w:r>
    </w:p>
    <w:p>
      <w:r>
        <w:t>宝剑骑士则进入行动阶段，他思考速度快，执行力强，但也容易因为速度太快而忽略后果。成熟的宝剑能量，则表现为理性、稳定和良好的沟通能力。</w:t>
      </w:r>
    </w:p>
    <w:p>
      <w:r>
        <w:t>圣杯对应水元素，代表情感、感觉、关系和内心体验。圣杯侍从容易被新的情绪体验吸引，喜欢浪漫和情绪价值，但需要学习如何稳定自己的情感。</w:t>
      </w:r>
    </w:p>
    <w:p>
      <w:r>
        <w:t>圣杯骑士并不只是白马王子，它更像一个正在寻找情感满足的人。他愿意向前寻找，但是否能够停留，需要结合整个牌组判断。</w:t>
      </w:r>
    </w:p>
    <w:p>
      <w:r>
        <w:t>圣杯国王代表成熟的水元素。他不是没有情绪，而是能够理解并管理自己的情绪。圣杯女王则更强调共情、感受和理解他人，但过度共情时也容易产生内耗。</w:t>
      </w:r>
    </w:p>
    <w:p>
      <w:r>
        <w:t>土元素对应钱币，代表稳定、现实、资源和长期积累。土元素人物通常关注实际结果和安全感，但过度发展时也可能变得保守。</w:t>
      </w:r>
    </w:p>
    <w:p>
      <w:r>
        <w:t>所以学习人物牌的时候，不要只记住“权杖国王=领导力”“圣杯国王=温柔”。真正重要的是理解背后的逻辑。</w:t>
      </w:r>
    </w:p>
    <w:p>
      <w:r>
        <w:t>元素决定这个人物使用什么样的能量，牌阶决定这个能量的发展阶段。同样是火元素，侍从是刚开始燃烧的火，国王是已经能够掌控方向的火。</w:t>
      </w:r>
    </w:p>
    <w:p>
      <w:r>
        <w:t>塔罗学习真正的进阶，不是记住更多答案，而是学会为什么这样解释。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